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на отпуск без сохранения зарплаты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Отпуск по семейным обстоятельствам. Согласование требуется, кроме предусмотренных законом случаев обязательного предоставления; укажите применимое основание.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ТК РФ: статья 128. Источник: https://www.consultant.ru/document/cons_doc_LAW_34683/</w:t>
      </w:r>
    </w:p>
    <w:p>
      <w:r>
        <w:t>Место составления: [город]                 Дата: [дд.мм.гггг]</w:t>
      </w:r>
    </w:p>
    <w:p>
      <w:r>
        <w:t>Работодателю [наименование, должность и ФИО руководителя]</w:t>
      </w:r>
    </w:p>
    <w:p>
      <w:r>
        <w:t>От [ФИО работника, должность, подразделение]</w:t>
      </w:r>
    </w:p>
    <w:p>
      <w:r>
        <w:t>Прошу предоставить мне отпуск без сохранения заработной платы с [дата] по [дата] продолжительностью [число] календарных дней в связи с [причина]. Основание обязательного предоставления, если применимо: [норма и обстоятельства]. Подтверждающие документы: [перечень / отсутствуют].</w:t>
      </w:r>
    </w:p>
    <w:p>
      <w:r>
        <w:t>Дата подачи: [дата]. Подпись работника __________________ / [ФИО].</w:t>
      </w:r>
    </w:p>
    <w:p>
      <w:r>
        <w:t>Отметка о получении работодателем: [дата, должность, ФИО, подпись получившего].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без сохранения зарплаты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