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Соглашение о расторжении договора</w:t>
      </w:r>
    </w:p>
    <w:p>
      <w:r>
        <w:rPr>
          <w:sz w:val="18"/>
        </w:rPr>
        <w:t>ОБРАЗЕЦ • МедиаТут • Подготовлен 23.09.2026</w:t>
      </w:r>
    </w:p>
    <w:p>
      <w:r>
        <w:rPr>
          <w:sz w:val="18"/>
        </w:rPr>
        <w:t>Применение: Для прекращения обычного письменного гражданского договора по соглашению обеих сторон. Проверьте требования к форме, регистрации и обязательства, которые сохраняются.</w:t>
      </w:r>
    </w:p>
    <w:p>
      <w:r>
        <w:rPr>
          <w:sz w:val="18"/>
        </w:rPr>
        <w:t>Заполните поля в квадратных скобках, согласуйте условия и удалите памятку перед подписанием. Это исходный образец, без индивидуальной юридической проверки. Прием документа ведомством не гарантируется.</w:t>
      </w:r>
    </w:p>
    <w:p>
      <w:r>
        <w:rPr>
          <w:sz w:val="18"/>
        </w:rPr>
        <w:t>Нормативные ориентиры: ГК РФ: статьи 450, 452, 453. Источник: https://www.consultant.ru/document/cons_doc_LAW_5142/</w:t>
      </w:r>
    </w:p>
    <w:p>
      <w:r>
        <w:t>Место составления: [город]                 Дата: [дд.мм.гггг]</w:t>
      </w:r>
    </w:p>
    <w:p>
      <w:r>
        <w:t>Сторона 1 [ФИО / наименование, реквизиты, представитель и основание полномочий] и Сторона 2 [сведения] договорились о следующем.</w:t>
      </w:r>
    </w:p>
    <w:p>
      <w:r>
        <w:t>1. Договор [вид, номер, дата] прекращается по соглашению сторон с [дата / событие].</w:t>
      </w:r>
    </w:p>
    <w:p>
      <w:r>
        <w:t>2. Фактически исполнено каждой стороной: [работы, услуги, переданное имущество, платежи]. Неисполненные обязательства: [перечень].</w:t>
      </w:r>
    </w:p>
    <w:p>
      <w:r>
        <w:t>3. Итоговые расчеты: [кто, кому, сколько, за что, срок и способ платежа]. Возврат аванса и обеспечительного платежа: [суммы, основания, сроки / отсутствует].</w:t>
      </w:r>
    </w:p>
    <w:p>
      <w:r>
        <w:t>4. Имущество и документы возвращаются [перечень, состояние, срок, место, акт].</w:t>
      </w:r>
    </w:p>
    <w:p>
      <w:r>
        <w:t>5. Сохраняются обязательства: [расчеты, гарантия, конфиденциальность и другие конкретные условия / перечень]. Сведения о претензиях: [перечень / отсутствие по конкретным исполненным обязательствам].</w:t>
      </w:r>
    </w:p>
    <w:p>
      <w:r>
        <w:t>6. Соглашение не отменяет права, которые не могут быть ограничены соглашением. Приложения: [перечень]. Экземпляры: [количество].</w:t>
      </w:r>
    </w:p>
    <w:p>
      <w:r>
        <w:t>Реквизиты и подписи сторон</w:t>
      </w:r>
    </w:p>
    <w:p>
      <w:r>
        <w:t>Сторона 1: [ФИО / наименование, реквизиты, представитель и его полномочия при наличии]</w:t>
        <w:br/>
        <w:t>Подпись __________________ / [ФИО]</w:t>
      </w:r>
    </w:p>
    <w:p>
      <w:r>
        <w:t>Сторона 2: [ФИО / наименование, реквизиты, представитель и его полномочия при наличии]</w:t>
        <w:br/>
        <w:t>Подпись __________________ / [ФИО]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80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расторжении договора</dc:title>
  <dc:subject/>
  <dc:creator>МедиаТут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