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Задание к договору услуг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Приложение к договору; подходит также обычному исполнителю. Должно описывать конкретную услугу, а не трудовую функцию.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432, 779.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Задание № [номер] к договору от [дата, номер]. Заказчик [сведения], Исполнитель [сведения].</w:t>
      </w:r>
    </w:p>
    <w:p>
      <w:r>
        <w:t>1. Цель и перечень услуг: [конкретные действия]. Объем: [количество, единицы, границы задания]. Не входит в задание: [перечень].</w:t>
      </w:r>
    </w:p>
    <w:p>
      <w:r>
        <w:t>2. Материалы и доступы Заказчика: [перечень, сроки предоставления, условия использования].</w:t>
      </w:r>
    </w:p>
    <w:p>
      <w:r>
        <w:t>3. Этапы: [название, срок начала и завершения каждого этапа, подтверждение исполнения].</w:t>
      </w:r>
    </w:p>
    <w:p>
      <w:r>
        <w:t>4. Требования к качеству и проверяемые критерии приемки: [перечень]. Способ передачи отчета и материалов: [формат, канал, срок].</w:t>
      </w:r>
    </w:p>
    <w:p>
      <w:r>
        <w:t>5. Цена и распределение по этапам: [сведения]. Порядок оплаты определяется договором. Изменения объема и стоимости согласуются письменно до дополнительных услуг.</w:t>
      </w:r>
    </w:p>
    <w:p>
      <w:r>
        <w:t>6. Количество и порядок согласованных корректировок: [условия]; недостатки устраняются с учетом договора и закона.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к договору услуг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