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Отказ от услуги и возврат предоплаты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Для обычной потребительской услуги у организации или ИП. Не для страхования, кредита, перевозки и иных договоров со специальными правилами. Учитываются фактическое исполнение и подтвержденные расходы; полный возврат не гарантируется.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Закон о защите прав потребителей: статья 32. Источник: https://www.consultant.ru/document/cons_doc_LAW_305/</w:t>
      </w:r>
    </w:p>
    <w:p>
      <w:r>
        <w:t>Место составления: [город]                 Дата: [дд.мм.гггг]</w:t>
      </w:r>
    </w:p>
    <w:p>
      <w:r>
        <w:t>Кому: [наименование продавца / исполнителя, адрес]</w:t>
      </w:r>
    </w:p>
    <w:p>
      <w:r>
        <w:t>От: [ФИО потребителя, адрес для ответа, контакт по выбору]</w:t>
      </w:r>
    </w:p>
    <w:p>
      <w:r>
        <w:t>Между нами заключен договор [вид, дата, номер] на [услуга]. Оплачено [сумма] рублей [дата, документ].</w:t>
      </w:r>
    </w:p>
    <w:p>
      <w:r>
        <w:t>На основании статьи 32 Закона РФ «О защите прав потребителей» уведомляю об отказе от исполнения договора. На дату уведомления фактически оказано: [объем / услуга не оказывалась].</w:t>
      </w:r>
    </w:p>
    <w:p>
      <w:r>
        <w:t>Прошу произвести расчет и возвратить неиспользованную часть оплаты. По моему расчету возврат составляет [сумма] рублей: [расчет]. Если вы считаете необходимым удержать расходы, прошу предоставить их расчет и документы, подтверждающие связь с исполнением именно моего договора.</w:t>
      </w:r>
    </w:p>
    <w:p>
      <w:r>
        <w:t>Прошу сообщить результат рассмотрения и произвести возврат до [желаемая дата; не обозначает универсальный законный срок]. Реквизиты для возврата: [сведения].</w:t>
      </w:r>
    </w:p>
    <w:p>
      <w:r>
        <w:t>Ответ прошу направить [адрес / согласованный способ]. Приложения: [копии договора, платежных документов, фотографии и иные доказательства].</w:t>
      </w:r>
    </w:p>
    <w:p>
      <w:r>
        <w:t>Дата [дата]. Подпись __________________ / [ФИО].</w:t>
      </w:r>
    </w:p>
    <w:p>
      <w:r>
        <w:t>Отметка о вручении: [дата, ФИО, должность, подпись получившего].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от услуги и возврат предоплаты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