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об увольнении по собственному желанию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Для обычного трудового договора. Проверьте срок предупреждения для своей ситуации. Желаемую дату укажите как дату увольнения, а не неоднозначное «с такого-то числа».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ТК РФ: статья 80. Источник: https://www.consultant.ru/document/cons_doc_LAW_34683/</w:t>
      </w:r>
    </w:p>
    <w:p>
      <w:r>
        <w:t>Место составления: [город]                 Дата: [дд.мм.гггг]</w:t>
      </w:r>
    </w:p>
    <w:p>
      <w:r>
        <w:t>Работодателю [наименование, должность и ФИО руководителя]</w:t>
      </w:r>
    </w:p>
    <w:p>
      <w:r>
        <w:t>От [ФИО работника, должность, подразделение]</w:t>
      </w:r>
    </w:p>
    <w:p>
      <w:r>
        <w:t>Прошу расторгнуть со мной трудовой договор по моей инициативе (по собственному желанию). Дата увольнения: [дд.мм.гггг]. Если прошу уволить до истечения срока предупреждения: [просьба о согласовании либо законное основание и подтверждающие документы; иначе удалить].</w:t>
      </w:r>
    </w:p>
    <w:p>
      <w:r>
        <w:t>Дата подачи: [дата]. Подпись работника __________________ / [ФИО].</w:t>
      </w:r>
    </w:p>
    <w:p>
      <w:r>
        <w:t>Отметка о получении работодателем: [дата, должность, ФИО, подпись получившего].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