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Расписка об оплате за земельный участок</w:t>
      </w:r>
    </w:p>
    <w:p>
      <w:r>
        <w:rPr>
          <w:sz w:val="18"/>
        </w:rPr>
        <w:t>ОБРАЗЕЦ • МедиаТут • Подготовлен 23.09.2026</w:t>
      </w:r>
    </w:p>
    <w:p>
      <w:r>
        <w:rPr>
          <w:sz w:val="18"/>
        </w:rPr>
        <w:t>Применение: Подтверждает фактически полученные продавцом деньги. Не заменяет договор, передачу имущества или регистрацию права. Не для задатка и не для займа.</w:t>
      </w:r>
    </w:p>
    <w:p>
      <w:r>
        <w:rPr>
          <w:sz w:val="18"/>
        </w:rPr>
        <w:t>Заполните поля в квадратных скобках, согласуйте условия и удалите памятку перед подписанием. Это исходный образец, без индивидуальной юридической проверки. Прием документа ведомством не гарантируется.</w:t>
      </w:r>
    </w:p>
    <w:p>
      <w:r>
        <w:rPr>
          <w:sz w:val="18"/>
        </w:rPr>
        <w:t>Нормативные ориентиры: ГК РФ: статья 408. Источник: https://www.consultant.ru/document/cons_doc_LAW_5142/</w:t>
      </w:r>
    </w:p>
    <w:p>
      <w:r>
        <w:t>Место составления: [город]                 Дата: [дд.мм.гггг]</w:t>
      </w:r>
    </w:p>
    <w:p>
      <w:r>
        <w:t>Я, [ФИО продавца, паспорт, адрес], получил(а) от [ФИО покупателя, паспорт, адрес] денежные средства в сумме [цифрами и прописью] рублей.</w:t>
      </w:r>
    </w:p>
    <w:p>
      <w:r>
        <w:t>Основание платежа: договор купли-продажи от [дата, номер]. Предмет договора: земельный участок, [кадастровый номер, местоположение].</w:t>
      </w:r>
    </w:p>
    <w:p>
      <w:r>
        <w:t>Дата получения денег: [дата]. Способ: [наличными / переводом с указанием платежного документа]. Назначение: [полная оплата / частичная оплата / аванс — выбрать по договору].</w:t>
      </w:r>
    </w:p>
    <w:p>
      <w:r>
        <w:t>Общая цена по договору: [сумма] рублей. С учетом настоящего платежа всего получено [сумма], остаток к оплате [сумма] рублей. Срок оплаты остатка определяется договором.</w:t>
      </w:r>
    </w:p>
    <w:p>
      <w:r>
        <w:t>Подтверждаю получение именно указанной суммы. Расписка не изменяет иные обязательства сторон.</w:t>
      </w:r>
    </w:p>
    <w:p>
      <w:r>
        <w:t>Получатель денег: [ФИО полностью]. Подпись __________________. Дата [дата].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об оплате за земельный участок</dc:title>
  <dc:subject/>
  <dc:creator>МедиаТут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