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Отказ от товара, купленного дистанционно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товара надлежащего качества, приобретенного дистанционно у организации или ИП. Проверьте срок отказа, сохранность товарного вида и свойств. Не для индивидуально-определенной вещи, которой может пользоваться только покупатель.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Закон о защите прав потребителей: статья 26.1. Источник: https://www.consultant.ru/document/cons_doc_LAW_305/</w:t>
      </w:r>
    </w:p>
    <w:p>
      <w:r>
        <w:t>Место составления: [город]                 Дата: [дд.мм.гггг]</w:t>
      </w:r>
    </w:p>
    <w:p>
      <w:r>
        <w:t>Кому: [наименование продавца / исполнителя, адрес]</w:t>
      </w:r>
    </w:p>
    <w:p>
      <w:r>
        <w:t>От: [ФИО потребителя, адрес для ответа, контакт по выбору]</w:t>
      </w:r>
    </w:p>
    <w:p>
      <w:r>
        <w:t>Заказ [номер] от [дата]: [товар, модель, количество], стоимость [сумма] рублей. Оплата: [дата, документ]. Товар [не передан / передан — дата].</w:t>
      </w:r>
    </w:p>
    <w:p>
      <w:r>
        <w:t>Уведомляю об отказе от указанного товара, приобретенного дистанционно, на основании статьи 26.1 Закона РФ «О защите прав потребителей».</w:t>
      </w:r>
    </w:p>
    <w:p>
      <w:r>
        <w:t>Если товар получен: товарный вид и потребительские свойства сохранены; состояние и комплектность [описание]. Информация о порядке и сроках возврата при передаче товара [предоставлена / не предоставлена — фактические обстоятельства].</w:t>
      </w:r>
    </w:p>
    <w:p>
      <w:r>
        <w:t>Прошу возвратить уплаченную сумму в установленный законом десятидневный срок с учетом предусмотренных законом расходов на возврат. Способ возврата денег: [реквизиты / согласованный способ].</w:t>
      </w:r>
    </w:p>
    <w:p>
      <w:r>
        <w:t>Прошу сообщить порядок и адрес возврата товара. Предлагаемый способ передачи: [способ]; подтверждение отправки будет предоставлено. Неприменимые пункты о полученном товаре удалить.</w:t>
      </w:r>
    </w:p>
    <w:p>
      <w:r>
        <w:t>Ответ прошу направить [адрес / согласованный способ]. Приложения: [копии договора, платежных документов, фотографии и иные доказательства].</w:t>
      </w:r>
    </w:p>
    <w:p>
      <w:r>
        <w:t>Дата [дата]. Подпись __________________ / [ФИО].</w:t>
      </w:r>
    </w:p>
    <w:p>
      <w:r>
        <w:t>Отметка о вручении: [дата, ФИО, должность, подпись получившего].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товара, купленного дистанционно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