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передачи земельного участка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Приложение к согласованному договору продажи участка без строений; сам по себе не заменяет договор и регистрацию права.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статья 556.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Продавец [ФИО, паспорт] и Покупатель [ФИО, паспорт] составили акт к договору от [дата, номер].</w:t>
      </w:r>
    </w:p>
    <w:p>
      <w:r>
        <w:t>1. Передан и принят участок: кадастровый номер [номер], местоположение [адрес], площадь [число] кв. м.</w:t>
      </w:r>
    </w:p>
    <w:p>
      <w:r>
        <w:t>2. Состояние участка, границы на местности, доступ и известные недостатки: [подробное описание]. Переданные документы: [перечень].</w:t>
      </w:r>
    </w:p>
    <w:p>
      <w:r>
        <w:t>3. Замечания Покупателя и согласованный порядок их устранения: [перечень, сроки / замечаний нет]. Подписание акта не отменяет ответственность за скрытые недостатки в предусмотренных законом случаях.</w:t>
      </w:r>
    </w:p>
    <w:p>
      <w:r>
        <w:t>4. Состояние расчетов на дату акта: [сумма, дата, подтверждающий документ / оплата не произведена]. Акт не является распиской об оплате, если получение денег прямо не подтверждено.</w:t>
      </w:r>
    </w:p>
    <w:p>
      <w:r>
        <w:t>5. Участок фактически передан [дата]. Акт составлен в [количество] экземплярах.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земельного участка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