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  <w:jc w:val="center"/>
      </w:pPr>
      <w:r>
        <w:rPr>
          <w:rFonts w:ascii="Times New Roman" w:hAnsi="Times New Roman"/>
          <w:b/>
          <w:i w:val="0"/>
          <w:sz w:val="28"/>
        </w:rPr>
        <w:t>Соглашение № ____</w:t>
        <w:br/>
        <w:t>о расторжении трудового договора от «___» ____________ 20___ г. № ____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г. ________________</w:t>
            </w:r>
          </w:p>
        </w:tc>
        <w:tc>
          <w:tcPr>
            <w:tcW w:type="dxa" w:w="4677"/>
          </w:tcPr>
          <w:p>
            <w:pPr>
              <w:spacing w:before="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«___» ____________ 20___ г.</w:t>
            </w:r>
          </w:p>
        </w:tc>
      </w:tr>
    </w:tbl>
    <w:p>
      <w:pPr>
        <w:spacing w:before="0" w:after="12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Общество с ограниченной ответственностью «______________________» (далее — Работодатель) в лице ______________________________________________, действующего на основании ______________, с одной стороны, и ______________________________________________ (далее — Работник), с другой стороны, заключили настоящее соглашение о нижеследующем:</w:t>
      </w:r>
    </w:p>
    <w:p>
      <w:pPr>
        <w:spacing w:before="0" w:after="120" w:line="360" w:lineRule="auto"/>
        <w:ind w:firstLine="0"/>
      </w:pPr>
      <w:r>
        <w:rPr>
          <w:rFonts w:ascii="Times New Roman" w:hAnsi="Times New Roman"/>
          <w:b w:val="0"/>
          <w:i w:val="0"/>
          <w:sz w:val="24"/>
        </w:rPr>
        <w:t>1. Стороны пришли к соглашению расторгнуть трудовой договор от «___» ____________ 20___ г. № ____ на основании пункта 1 части первой статьи 77 Трудового кодекса Российской Федерации (соглашение сторон).</w:t>
      </w:r>
    </w:p>
    <w:p>
      <w:pPr>
        <w:spacing w:before="0" w:after="120" w:line="360" w:lineRule="auto"/>
        <w:ind w:firstLine="0"/>
      </w:pPr>
      <w:r>
        <w:rPr>
          <w:rFonts w:ascii="Times New Roman" w:hAnsi="Times New Roman"/>
          <w:b w:val="0"/>
          <w:i w:val="0"/>
          <w:sz w:val="24"/>
        </w:rPr>
        <w:t>2. Последний рабочий день (день увольнения) Работника — «___» ____________ 20___ г.</w:t>
      </w:r>
    </w:p>
    <w:p>
      <w:pPr>
        <w:spacing w:before="0" w:after="120" w:line="360" w:lineRule="auto"/>
        <w:ind w:firstLine="0"/>
      </w:pPr>
      <w:r>
        <w:rPr>
          <w:rFonts w:ascii="Times New Roman" w:hAnsi="Times New Roman"/>
          <w:b w:val="0"/>
          <w:i w:val="0"/>
          <w:sz w:val="24"/>
        </w:rPr>
        <w:t>3. В день увольнения Работодатель выплачивает Работнику заработную плату за отработанное время и компенсацию за все неиспользованные дни отпуска, а также выходное пособие в размере ______________ (________________________) рублей — если стороны его согласовали.</w:t>
      </w:r>
    </w:p>
    <w:p>
      <w:pPr>
        <w:spacing w:before="0" w:after="120" w:line="360" w:lineRule="auto"/>
        <w:ind w:firstLine="0"/>
      </w:pPr>
      <w:r>
        <w:rPr>
          <w:rFonts w:ascii="Times New Roman" w:hAnsi="Times New Roman"/>
          <w:b w:val="0"/>
          <w:i w:val="0"/>
          <w:sz w:val="24"/>
        </w:rPr>
        <w:t>4. В день увольнения Работодатель выдаёт Работнику трудовую книжку (если она ведётся на бумаге) или сведения о трудовой деятельности, а также другие документы, связанные с работой, по письменному заявлению Работника.</w:t>
      </w:r>
    </w:p>
    <w:p>
      <w:pPr>
        <w:spacing w:before="0" w:after="120" w:line="360" w:lineRule="auto"/>
        <w:ind w:firstLine="0"/>
      </w:pPr>
      <w:r>
        <w:rPr>
          <w:rFonts w:ascii="Times New Roman" w:hAnsi="Times New Roman"/>
          <w:b w:val="0"/>
          <w:i w:val="0"/>
          <w:sz w:val="24"/>
        </w:rPr>
        <w:t>5. Соглашение составлено в двух экземплярах, имеющих одинаковую юридическую силу, по одному для каждой из сторон, и вступает в силу с момента подписания.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spacing w:before="480" w:after="120"/>
            </w:pPr>
            <w:r>
              <w:rPr>
                <w:rFonts w:ascii="Times New Roman" w:hAnsi="Times New Roman"/>
                <w:b/>
                <w:i w:val="0"/>
                <w:sz w:val="24"/>
              </w:rPr>
              <w:t>Работодатель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ООО «_____________________»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ИНН ______________________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(должность)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(Ф. И. О.)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480" w:after="120"/>
            </w:pPr>
            <w:r>
              <w:rPr>
                <w:rFonts w:ascii="Times New Roman" w:hAnsi="Times New Roman"/>
                <w:b/>
                <w:i w:val="0"/>
                <w:sz w:val="24"/>
              </w:rPr>
              <w:t>Работник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О.)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паспорт _____ № _________</w:t>
            </w:r>
          </w:p>
          <w:p>
            <w:pPr>
              <w:spacing w:before="12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(Ф. И. О.)</w:t>
            </w:r>
          </w:p>
        </w:tc>
      </w:tr>
    </w:tbl>
    <w:p>
      <w:pPr>
        <w:spacing w:before="480" w:after="0"/>
      </w:pPr>
      <w:r>
        <w:rPr>
          <w:rFonts w:ascii="Times New Roman" w:hAnsi="Times New Roman"/>
          <w:b w:val="0"/>
          <w:i w:val="0"/>
          <w:sz w:val="20"/>
        </w:rPr>
        <w:t>Второй экземпляр получил(а): ___________ / _________________  «___» ____________ 20___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</dc:title>
  <dc:subject/>
  <dc:creator>МедиаТут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