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ook w:firstColumn="1" w:firstRow="1" w:lastColumn="0" w:lastRow="0" w:noHBand="0" w:noVBand="1" w:val="04A0"/>
        <w:jc w:val="center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3969"/>
        <w:gridCol w:w="5386"/>
      </w:tblGrid>
      <w:tr>
        <w:tc>
          <w:tcPr>
            <w:tcW w:type="dxa" w:w="3969"/>
          </w:tcPr>
          <w:p/>
        </w:tc>
        <w:tc>
          <w:tcPr>
            <w:tcW w:type="dxa" w:w="5386"/>
          </w:tcPr>
          <w:p>
            <w:pPr>
              <w:spacing w:before="0" w:after="0"/>
            </w:pPr>
            <w:r>
              <w:rPr>
                <w:rFonts w:ascii="Times New Roman" w:hAnsi="Times New Roman"/>
                <w:b w:val="0"/>
                <w:i w:val="0"/>
                <w:sz w:val="24"/>
              </w:rPr>
              <w:t>Генеральному директору</w:t>
            </w:r>
          </w:p>
          <w:p>
            <w:pPr>
              <w:spacing w:before="0" w:after="0"/>
            </w:pPr>
            <w:r>
              <w:rPr>
                <w:rFonts w:ascii="Times New Roman" w:hAnsi="Times New Roman"/>
                <w:b w:val="0"/>
                <w:i w:val="0"/>
                <w:sz w:val="24"/>
              </w:rPr>
              <w:t>ООО «_______________________»</w:t>
            </w:r>
          </w:p>
          <w:p>
            <w:pPr>
              <w:spacing w:before="0" w:after="0"/>
              <w:jc w:val="center"/>
            </w:pPr>
            <w:r>
              <w:rPr>
                <w:rFonts w:ascii="Times New Roman" w:hAnsi="Times New Roman"/>
                <w:b w:val="0"/>
                <w:i w:val="0"/>
                <w:sz w:val="16"/>
              </w:rPr>
              <w:t>(наименование организации)</w:t>
            </w:r>
          </w:p>
          <w:p>
            <w:pPr>
              <w:spacing w:before="0" w:after="0"/>
            </w:pPr>
            <w:r>
              <w:rPr>
                <w:rFonts w:ascii="Times New Roman" w:hAnsi="Times New Roman"/>
                <w:b w:val="0"/>
                <w:i w:val="0"/>
                <w:sz w:val="24"/>
              </w:rPr>
              <w:t>_________________________________</w:t>
            </w:r>
          </w:p>
          <w:p>
            <w:pPr>
              <w:spacing w:before="0" w:after="0"/>
              <w:jc w:val="center"/>
            </w:pPr>
            <w:r>
              <w:rPr>
                <w:rFonts w:ascii="Times New Roman" w:hAnsi="Times New Roman"/>
                <w:b w:val="0"/>
                <w:i w:val="0"/>
                <w:sz w:val="16"/>
              </w:rPr>
              <w:t>(Ф. И. О. руководителя)</w:t>
            </w:r>
          </w:p>
          <w:p>
            <w:pPr>
              <w:spacing w:before="0" w:after="0"/>
            </w:pPr>
            <w:r>
              <w:rPr>
                <w:rFonts w:ascii="Times New Roman" w:hAnsi="Times New Roman"/>
                <w:b w:val="0"/>
                <w:i w:val="0"/>
                <w:sz w:val="24"/>
              </w:rPr>
              <w:t>от ______________________________</w:t>
            </w:r>
          </w:p>
          <w:p>
            <w:pPr>
              <w:spacing w:before="0" w:after="0"/>
              <w:jc w:val="center"/>
            </w:pPr>
            <w:r>
              <w:rPr>
                <w:rFonts w:ascii="Times New Roman" w:hAnsi="Times New Roman"/>
                <w:b w:val="0"/>
                <w:i w:val="0"/>
                <w:sz w:val="16"/>
              </w:rPr>
              <w:t>(должность, подразделение)</w:t>
            </w:r>
          </w:p>
          <w:p>
            <w:pPr>
              <w:spacing w:before="0" w:after="0"/>
            </w:pPr>
            <w:r>
              <w:rPr>
                <w:rFonts w:ascii="Times New Roman" w:hAnsi="Times New Roman"/>
                <w:b w:val="0"/>
                <w:i w:val="0"/>
                <w:sz w:val="24"/>
              </w:rPr>
              <w:t>_________________________________</w:t>
            </w:r>
          </w:p>
          <w:p>
            <w:pPr>
              <w:spacing w:before="0" w:after="0"/>
              <w:jc w:val="center"/>
            </w:pPr>
            <w:r>
              <w:rPr>
                <w:rFonts w:ascii="Times New Roman" w:hAnsi="Times New Roman"/>
                <w:b w:val="0"/>
                <w:i w:val="0"/>
                <w:sz w:val="16"/>
              </w:rPr>
              <w:t>(Ф. И. О.)</w:t>
            </w:r>
          </w:p>
        </w:tc>
      </w:tr>
    </w:tbl>
    <w:p>
      <w:pPr>
        <w:spacing w:before="480" w:after="360"/>
        <w:jc w:val="center"/>
      </w:pPr>
      <w:r>
        <w:rPr>
          <w:rFonts w:ascii="Times New Roman" w:hAnsi="Times New Roman"/>
          <w:b/>
          <w:i w:val="0"/>
          <w:sz w:val="28"/>
        </w:rPr>
        <w:t>Служебная записка</w:t>
      </w:r>
    </w:p>
    <w:p>
      <w:pPr>
        <w:spacing w:before="0" w:after="240"/>
        <w:jc w:val="center"/>
      </w:pPr>
      <w:r>
        <w:rPr>
          <w:rFonts w:ascii="Times New Roman" w:hAnsi="Times New Roman"/>
          <w:b w:val="0"/>
          <w:i w:val="0"/>
          <w:sz w:val="24"/>
        </w:rPr>
        <w:t>№ ____ от «___» ____________ 20___ г.</w:t>
      </w:r>
    </w:p>
    <w:p>
      <w:pPr>
        <w:spacing w:before="0" w:after="0"/>
      </w:pPr>
      <w:r>
        <w:rPr>
          <w:rFonts w:ascii="Times New Roman" w:hAnsi="Times New Roman"/>
          <w:b/>
          <w:i w:val="0"/>
          <w:sz w:val="24"/>
        </w:rPr>
        <w:t>О ____________________________________________</w:t>
      </w:r>
    </w:p>
    <w:p>
      <w:pPr>
        <w:spacing w:before="0" w:after="0"/>
      </w:pPr>
      <w:r>
        <w:rPr>
          <w:rFonts w:ascii="Times New Roman" w:hAnsi="Times New Roman"/>
          <w:b w:val="0"/>
          <w:i w:val="0"/>
          <w:sz w:val="16"/>
        </w:rPr>
        <w:t>(тема записки)</w:t>
      </w:r>
    </w:p>
    <w:p>
      <w:pPr>
        <w:spacing w:before="0" w:after="0" w:line="360" w:lineRule="auto"/>
        <w:ind w:firstLine="709"/>
      </w:pPr>
      <w:r>
        <w:rPr>
          <w:rFonts w:ascii="Times New Roman" w:hAnsi="Times New Roman"/>
          <w:b w:val="0"/>
          <w:i w:val="0"/>
          <w:sz w:val="24"/>
        </w:rPr>
        <w:t>Довожу до Вашего сведения, что</w:t>
      </w:r>
    </w:p>
    <w:tbl>
      <w:tblPr>
        <w:tblW w:type="auto" w:w="0"/>
        <w:tblLook w:firstColumn="1" w:firstRow="1" w:lastColumn="0" w:lastRow="0" w:noHBand="0" w:noVBand="1" w:val="04A0"/>
        <w:tblBorders>
          <w:top w:val="nil"/>
          <w:left w:val="nil"/>
          <w:right w:val="nil"/>
          <w:insideV w:val="nil"/>
          <w:bottom w:val="single" w:sz="4" w:color="000000"/>
          <w:insideH w:val="single" w:sz="4" w:color="000000"/>
        </w:tblBorders>
      </w:tblPr>
      <w:tblGrid>
        <w:gridCol w:w="9355"/>
      </w:tblGrid>
      <w:tr>
        <w:trPr>
          <w:trHeight w:val="482" w:hRule="exact"/>
        </w:trPr>
        <w:tc>
          <w:tcPr>
            <w:tcW w:type="dxa" w:w="9354"/>
          </w:tcPr>
          <w:p/>
        </w:tc>
      </w:tr>
      <w:tr>
        <w:trPr>
          <w:trHeight w:val="482" w:hRule="exact"/>
        </w:trPr>
        <w:tc>
          <w:tcPr>
            <w:tcW w:type="dxa" w:w="9354"/>
          </w:tcPr>
          <w:p/>
        </w:tc>
      </w:tr>
      <w:tr>
        <w:trPr>
          <w:trHeight w:val="482" w:hRule="exact"/>
        </w:trPr>
        <w:tc>
          <w:tcPr>
            <w:tcW w:type="dxa" w:w="9354"/>
          </w:tcPr>
          <w:p/>
        </w:tc>
      </w:tr>
    </w:tbl>
    <w:p>
      <w:pPr>
        <w:spacing w:before="0" w:after="0" w:line="360" w:lineRule="auto"/>
        <w:ind w:firstLine="709"/>
      </w:pPr>
      <w:r>
        <w:rPr>
          <w:rFonts w:ascii="Times New Roman" w:hAnsi="Times New Roman"/>
          <w:b w:val="0"/>
          <w:i w:val="0"/>
          <w:sz w:val="24"/>
        </w:rPr>
        <w:t>В связи с этим прошу</w:t>
      </w:r>
    </w:p>
    <w:tbl>
      <w:tblPr>
        <w:tblW w:type="auto" w:w="0"/>
        <w:tblLook w:firstColumn="1" w:firstRow="1" w:lastColumn="0" w:lastRow="0" w:noHBand="0" w:noVBand="1" w:val="04A0"/>
        <w:tblBorders>
          <w:top w:val="nil"/>
          <w:left w:val="nil"/>
          <w:right w:val="nil"/>
          <w:insideV w:val="nil"/>
          <w:bottom w:val="single" w:sz="4" w:color="000000"/>
          <w:insideH w:val="single" w:sz="4" w:color="000000"/>
        </w:tblBorders>
      </w:tblPr>
      <w:tblGrid>
        <w:gridCol w:w="9355"/>
      </w:tblGrid>
      <w:tr>
        <w:trPr>
          <w:trHeight w:val="482" w:hRule="exact"/>
        </w:trPr>
        <w:tc>
          <w:tcPr>
            <w:tcW w:type="dxa" w:w="9354"/>
          </w:tcPr>
          <w:p/>
        </w:tc>
      </w:tr>
      <w:tr>
        <w:trPr>
          <w:trHeight w:val="482" w:hRule="exact"/>
        </w:trPr>
        <w:tc>
          <w:tcPr>
            <w:tcW w:type="dxa" w:w="9354"/>
          </w:tcPr>
          <w:p/>
        </w:tc>
      </w:tr>
    </w:tbl>
    <w:p>
      <w:pPr>
        <w:spacing w:before="240" w:after="0"/>
      </w:pPr>
      <w:r>
        <w:rPr>
          <w:rFonts w:ascii="Times New Roman" w:hAnsi="Times New Roman"/>
          <w:b w:val="0"/>
          <w:i w:val="0"/>
          <w:sz w:val="24"/>
        </w:rPr>
        <w:t>Приложение (при наличии): _____________________________________</w:t>
      </w:r>
    </w:p>
    <w:tbl>
      <w:tblPr>
        <w:tblW w:type="auto" w:w="0"/>
        <w:tblLook w:firstColumn="1" w:firstRow="1" w:lastColumn="0" w:lastRow="0" w:noHBand="0" w:noVBand="1" w:val="04A0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4677"/>
        <w:gridCol w:w="4677"/>
      </w:tblGrid>
      <w:tr>
        <w:tc>
          <w:tcPr>
            <w:tcW w:type="dxa" w:w="4252"/>
          </w:tcPr>
          <w:p>
            <w:pPr>
              <w:spacing w:before="600" w:after="0"/>
            </w:pPr>
            <w:r>
              <w:rPr>
                <w:rFonts w:ascii="Times New Roman" w:hAnsi="Times New Roman"/>
                <w:b w:val="0"/>
                <w:i w:val="0"/>
                <w:sz w:val="24"/>
              </w:rPr>
              <w:t>_______________________</w:t>
              <w:br/>
              <w:t>(должность)</w:t>
            </w:r>
          </w:p>
        </w:tc>
        <w:tc>
          <w:tcPr>
            <w:tcW w:type="dxa" w:w="5102"/>
          </w:tcPr>
          <w:p>
            <w:pPr>
              <w:spacing w:before="600" w:after="0"/>
              <w:jc w:val="right"/>
            </w:pPr>
            <w:r>
              <w:rPr>
                <w:rFonts w:ascii="Times New Roman" w:hAnsi="Times New Roman"/>
                <w:b w:val="0"/>
                <w:i w:val="0"/>
                <w:sz w:val="24"/>
              </w:rPr>
              <w:t>_____________ / ______________________</w:t>
            </w:r>
          </w:p>
          <w:p>
            <w:pPr>
              <w:spacing w:before="0" w:after="0"/>
              <w:jc w:val="right"/>
            </w:pPr>
            <w:r>
              <w:rPr>
                <w:rFonts w:ascii="Times New Roman" w:hAnsi="Times New Roman"/>
                <w:b w:val="0"/>
                <w:i w:val="0"/>
                <w:sz w:val="16"/>
              </w:rPr>
              <w:t>(подпись)                  (расшифровка подписи)</w:t>
            </w:r>
          </w:p>
        </w:tc>
      </w:tr>
    </w:tbl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before="0" w:after="0" w:line="276" w:lineRule="auto"/>
    </w:pPr>
    <w:rPr>
      <w:rFonts w:ascii="Times New Roman" w:hAnsi="Times New Roman" w:eastAsia="Times New Roman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Служебная записка</dc:title>
  <dc:subject/>
  <dc:creator>МедиаТут</dc:creator>
  <cp:keywords/>
  <dc:description/>
  <cp:lastModifiedBy/>
  <cp:revision>1</cp:revision>
  <dcterms:created xsi:type="dcterms:W3CDTF">2013-12-23T23:15:00Z</dcterms:created>
  <dcterms:modified xsi:type="dcterms:W3CDTF">2013-12-23T23:15:00Z</dcterms:modified>
  <cp:category/>
</cp:coreProperties>
</file>