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Генеральному директору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ООО «_______________________»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(наименование организации)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_________________________________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(Ф. И. О. руководителя)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от ______________________________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(должность, подразделение)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_________________________________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(Ф. И. О. работника)</w:t>
            </w:r>
          </w:p>
        </w:tc>
      </w:tr>
    </w:tbl>
    <w:p>
      <w:pPr>
        <w:spacing w:before="480" w:after="360"/>
        <w:jc w:val="center"/>
      </w:pPr>
      <w:r>
        <w:rPr>
          <w:rFonts w:ascii="Times New Roman" w:hAnsi="Times New Roman"/>
          <w:b/>
          <w:i w:val="0"/>
          <w:sz w:val="28"/>
        </w:rPr>
        <w:t>Объяснительная записка</w:t>
      </w:r>
    </w:p>
    <w:p>
      <w:pPr>
        <w:spacing w:before="0" w:after="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Сообщаю, что «___» ____________ 20___ г. 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right w:val="nil"/>
          <w:insideV w:val="nil"/>
          <w:bottom w:val="single" w:sz="4" w:color="000000"/>
          <w:insideH w:val="single" w:sz="4" w:color="000000"/>
        </w:tblBorders>
      </w:tblPr>
      <w:tblGrid>
        <w:gridCol w:w="9355"/>
      </w:tblGrid>
      <w:tr>
        <w:trPr>
          <w:trHeight w:val="482" w:hRule="exact"/>
        </w:trPr>
        <w:tc>
          <w:tcPr>
            <w:tcW w:type="dxa" w:w="9354"/>
          </w:tcPr>
          <w:p/>
        </w:tc>
      </w:tr>
      <w:tr>
        <w:trPr>
          <w:trHeight w:val="482" w:hRule="exact"/>
        </w:trPr>
        <w:tc>
          <w:tcPr>
            <w:tcW w:type="dxa" w:w="9354"/>
          </w:tcPr>
          <w:p/>
        </w:tc>
      </w:tr>
    </w:tbl>
    <w:p>
      <w:pPr>
        <w:spacing w:before="0" w:after="0"/>
        <w:jc w:val="center"/>
      </w:pPr>
      <w:r>
        <w:rPr>
          <w:rFonts w:ascii="Times New Roman" w:hAnsi="Times New Roman"/>
          <w:b w:val="0"/>
          <w:i w:val="0"/>
          <w:sz w:val="16"/>
        </w:rPr>
        <w:t>(что произошло: опоздал(а) на ___ мин., отсутствовал(а) на рабочем месте и т. п.)</w:t>
      </w:r>
    </w:p>
    <w:p>
      <w:pPr>
        <w:spacing w:before="0" w:after="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по следующей причине: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right w:val="nil"/>
          <w:insideV w:val="nil"/>
          <w:bottom w:val="single" w:sz="4" w:color="000000"/>
          <w:insideH w:val="single" w:sz="4" w:color="000000"/>
        </w:tblBorders>
      </w:tblPr>
      <w:tblGrid>
        <w:gridCol w:w="9355"/>
      </w:tblGrid>
      <w:tr>
        <w:trPr>
          <w:trHeight w:val="482" w:hRule="exact"/>
        </w:trPr>
        <w:tc>
          <w:tcPr>
            <w:tcW w:type="dxa" w:w="9354"/>
          </w:tcPr>
          <w:p/>
        </w:tc>
      </w:tr>
      <w:tr>
        <w:trPr>
          <w:trHeight w:val="482" w:hRule="exact"/>
        </w:trPr>
        <w:tc>
          <w:tcPr>
            <w:tcW w:type="dxa" w:w="9354"/>
          </w:tcPr>
          <w:p/>
        </w:tc>
      </w:tr>
      <w:tr>
        <w:trPr>
          <w:trHeight w:val="482" w:hRule="exact"/>
        </w:trPr>
        <w:tc>
          <w:tcPr>
            <w:tcW w:type="dxa" w:w="9354"/>
          </w:tcPr>
          <w:p/>
        </w:tc>
      </w:tr>
    </w:tbl>
    <w:p>
      <w:pPr>
        <w:spacing w:before="240" w:after="0"/>
      </w:pPr>
      <w:r>
        <w:rPr>
          <w:rFonts w:ascii="Times New Roman" w:hAnsi="Times New Roman"/>
          <w:b w:val="0"/>
          <w:i w:val="0"/>
          <w:sz w:val="24"/>
        </w:rPr>
        <w:t>Подтверждающие документы (при наличии): 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type="dxa" w:w="4252"/>
          </w:tcPr>
          <w:p>
            <w:pPr>
              <w:spacing w:before="60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«___» ____________ 20___ г.</w:t>
            </w:r>
          </w:p>
        </w:tc>
        <w:tc>
          <w:tcPr>
            <w:tcW w:type="dxa" w:w="5102"/>
          </w:tcPr>
          <w:p>
            <w:pPr>
              <w:spacing w:before="600" w:after="0"/>
              <w:jc w:val="right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 / ______________________</w:t>
            </w:r>
          </w:p>
          <w:p>
            <w:pPr>
              <w:spacing w:before="0" w:after="0"/>
              <w:jc w:val="right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(подпись)                  (расшифровка подписи)</w:t>
            </w:r>
          </w:p>
        </w:tc>
      </w:tr>
    </w:tbl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</dc:title>
  <dc:subject/>
  <dc:creator>МедиаТут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