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(должность, подразделение)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работника)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В соответствии со статьёй 62 Трудового кодекса Российской Федерации прошу выдать мне надлежащим образом заверенные копии следующих документов, связанных с работой: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1. ________________________________________________________________________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2. ________________________________________________________________________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3. ________________________________________________________________________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4. ________________________________________________________________________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Документы прошу выдать лично / направить по адресу (электронной почте): ______________________________________ (нужное подчеркнуть).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копий документов, связанных с работой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