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Претензия о возврате денег за товар с недостатком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Для потребительской покупки у организации или ИП. Не универсальна для технически сложных товаров: там существенны сроки и основания. Проверьте гарантию, сроки предъявления требований и доказательства причины недостатка.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Закон о защите прав потребителей: статьи 18, 19, 22. Источник: https://www.consultant.ru/document/cons_doc_LAW_305/</w:t>
      </w:r>
    </w:p>
    <w:p>
      <w:r>
        <w:t>Место составления: [город]                 Дата: [дд.мм.гггг]</w:t>
      </w:r>
    </w:p>
    <w:p>
      <w:r>
        <w:t>Кому: [наименование продавца / исполнителя, адрес]</w:t>
      </w:r>
    </w:p>
    <w:p>
      <w:r>
        <w:t>От: [ФИО потребителя, адрес для ответа, контакт по выбору]</w:t>
      </w:r>
    </w:p>
    <w:p>
      <w:r>
        <w:t>[Дата] у вас приобретен [товар, модель, серийный номер] стоимостью [сумма] рублей. Покупка подтверждается [документы / иные доказательства].</w:t>
      </w:r>
    </w:p>
    <w:p>
      <w:r>
        <w:t>Недостаток обнаружен [дата]: [подробное описание, обстоятельства]. Гарантийный срок и сведения о прежних обращениях: [сведения].</w:t>
      </w:r>
    </w:p>
    <w:p>
      <w:r>
        <w:t>На основании статьи 18 Закона РФ «О защите прав потребителей» отказываюсь от исполнения договора купли-продажи и требую возвратить уплаченную сумму [сумма] рублей в установленный статьей 22 десятидневный срок со дня предъявления требования.</w:t>
      </w:r>
    </w:p>
    <w:p>
      <w:r>
        <w:t>Готов(а) передать товар для проверки качества; прошу согласовать порядок передачи и уведомить о месте и времени проверки, если я буду в ней участвовать. В случае спора о причинах недостатка прошу соблюдать предусмотренный законом порядок экспертизы.</w:t>
      </w:r>
    </w:p>
    <w:p>
      <w:r>
        <w:t>Способ возврата денег: [реквизиты / иной согласованный способ].</w:t>
      </w:r>
    </w:p>
    <w:p>
      <w:r>
        <w:t>Ответ прошу направить [адрес / согласованный способ]. Приложения: [копии договора, платежных документов, фотографии и иные доказательства].</w:t>
      </w:r>
    </w:p>
    <w:p>
      <w:r>
        <w:t>Дата [дата]. Подпись __________________ / [ФИО].</w:t>
      </w:r>
    </w:p>
    <w:p>
      <w:r>
        <w:t>Отметка о вручении: [дата, ФИО, должность, подпись получившего].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о возврате денег за товар с недостатком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