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Расписка о полном возврате долга</w:t>
      </w:r>
    </w:p>
    <w:p>
      <w:r>
        <w:rPr>
          <w:sz w:val="18"/>
        </w:rPr>
        <w:t>ОБРАЗЕЦ • МедиаТут • Подготовлен 23.09.2026</w:t>
      </w:r>
    </w:p>
    <w:p>
      <w:r>
        <w:rPr>
          <w:sz w:val="18"/>
        </w:rPr>
        <w:t>Применение: Подписывает займодавец после получения денег. Укажите отдельно основной долг, проценты и другие платежи; не используйте формулировку о полном расчете, если остались обязательства.</w:t>
      </w:r>
    </w:p>
    <w:p>
      <w:r>
        <w:rPr>
          <w:sz w:val="18"/>
        </w:rPr>
        <w:t>Заполните поля в квадратных скобках, согласуйте условия и удалите памятку перед подписанием. Это исходный образец, без индивидуальной юридической проверки. Прием документа ведомством не гарантируется.</w:t>
      </w:r>
    </w:p>
    <w:p>
      <w:r>
        <w:rPr>
          <w:sz w:val="18"/>
        </w:rPr>
        <w:t>Нормативные ориентиры: ГК РФ: статья 408. Источник: https://www.consultant.ru/document/cons_doc_LAW_5142/</w:t>
      </w:r>
    </w:p>
    <w:p>
      <w:r>
        <w:t>Место составления: [город]                 Дата: [дд.мм.гггг]</w:t>
      </w:r>
    </w:p>
    <w:p>
      <w:r>
        <w:t>Я, [ФИО займодавца, паспорт, адрес], получил(а) от [ФИО заемщика, паспорт, адрес] [сумма цифрами и прописью] рублей в счет возврата займа по [договор / расписка, дата, номер].</w:t>
      </w:r>
    </w:p>
    <w:p>
      <w:r>
        <w:t>Дата получения: [дата]. Способ передачи и подтверждающий документ: [сведения].</w:t>
      </w:r>
    </w:p>
    <w:p>
      <w:r>
        <w:t>Из полученной суммы: основной долг [сумма], проценты [сумма / не предусмотрены], иные платежи [вид и сумма / отсутствуют]. Распределение согласовано с учетом договора и закона.</w:t>
      </w:r>
    </w:p>
    <w:p>
      <w:r>
        <w:t>Обязательства по возврату основной суммы займа исполнены полностью. Расчеты по процентам и иным платежам: [подтверждение полного исполнения либо точное описание оставшихся обязательств].</w:t>
      </w:r>
    </w:p>
    <w:p>
      <w:r>
        <w:t>Долговой документ: [возвращен заемщику / остается у займодавца до полного расчета / не возвращен по причине — указать].</w:t>
      </w:r>
    </w:p>
    <w:p>
      <w:r>
        <w:t>Займодавец: [ФИО полностью]. Подпись __________________. Дата [дата].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полном возврате долга</dc:title>
  <dc:subject/>
  <dc:creator>МедиаТут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