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Дополнительное соглашение к договору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Изменение обычного письменного договора по соглашению сторон. Не заменяет нотариальную форму или регистрационные действия, когда они необходимы.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450, 452, 453.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Сторона 1 [наименование роли, ФИО, паспорт, адрес] и Сторона 2 [наименование роли, ФИО, паспорт, адрес] заключили соглашение к договору [вид, дата, номер].</w:t>
      </w:r>
    </w:p>
    <w:p>
      <w:r>
        <w:t>1. Пункт [номер] изложить в следующей редакции: «[полный новый текст]».</w:t>
      </w:r>
    </w:p>
    <w:p>
      <w:r>
        <w:t>2. Дополнить договор пунктом [номер]: «[текст]». Исключить пункт [номер]. Неиспользуемые изменения удалить до подписания.</w:t>
      </w:r>
    </w:p>
    <w:p>
      <w:r>
        <w:t>3. Новые условия применяются с [дата]. Порядок исполнения обязательств, возникших ранее: [условия]. Изменение цены и взаиморасчеты, если применимо: [суммы, основания, сроки].</w:t>
      </w:r>
    </w:p>
    <w:p>
      <w:r>
        <w:t>4. Остальные условия договора сохраняются. Настоящее соглашение является его неотъемлемой частью. Приложения [перечень].</w:t>
      </w:r>
    </w:p>
    <w:p>
      <w:r>
        <w:t>5. Соглашение составлено в [количество] экземплярах. Требования к форме и регистрации соблюдаются в соответствии с законом.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