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Акт выполненных работ или услуг</w:t>
      </w:r>
    </w:p>
    <w:p>
      <w:r>
        <w:rPr>
          <w:sz w:val="18"/>
        </w:rPr>
        <w:t>ОБРАЗЕЦ • МедиаТут • Подготовлен 23.09.2026</w:t>
      </w:r>
    </w:p>
    <w:p>
      <w:r>
        <w:rPr>
          <w:sz w:val="18"/>
        </w:rPr>
        <w:t>Применение: К уже заключенному договору. Выберите работы или услуги и удалите неподходящий вариант.</w:t>
      </w:r>
    </w:p>
    <w:p>
      <w:r>
        <w:rPr>
          <w:sz w:val="18"/>
        </w:rPr>
        <w:t>Заполните поля в квадратных скобках, согласуйте условия и удалите памятку перед подписанием. Это исходный образец, без индивидуальной юридической проверки. Прием документа ведомством не гарантируется.</w:t>
      </w:r>
    </w:p>
    <w:p>
      <w:r>
        <w:rPr>
          <w:sz w:val="18"/>
        </w:rPr>
        <w:t>Нормативные ориентиры: ГК РФ: статьи 720, 779, 783. Источник: https://www.consultant.ru/document/cons_doc_LAW_9027/</w:t>
      </w:r>
    </w:p>
    <w:p>
      <w:r>
        <w:t>Место составления: [город]                 Дата: [дд.мм.гггг]</w:t>
      </w:r>
    </w:p>
    <w:p>
      <w:r>
        <w:t>Заказчик [ФИО] и Исполнитель / Подрядчик [ФИО] составили акт к договору от [дата, номер].</w:t>
      </w:r>
    </w:p>
    <w:p>
      <w:r>
        <w:t>1. Выполнены работы / оказаны услуги: [перечень, объем, период, результат по каждому пункту].</w:t>
      </w:r>
    </w:p>
    <w:p>
      <w:r>
        <w:t>2. Стоимость принятого объема [сумма] рублей. Ранее оплачено [сумма], остаток [сумма], срок оплаты по договору [дата].</w:t>
      </w:r>
    </w:p>
    <w:p>
      <w:r>
        <w:t>3. Переданы результаты и документы: [перечень]. Проверка проведена [способ]; замечания [перечень / отсутствуют].</w:t>
      </w:r>
    </w:p>
    <w:p>
      <w:r>
        <w:t>4. Не принятый объем, причины и сроки устранения недостатков: [сведения / не применимо]. Акт не отменяет предусмотренные законом права по скрытым недостаткам.</w:t>
      </w:r>
    </w:p>
    <w:p>
      <w:r>
        <w:t>5. Акт составлен в [количество] экземплярах.</w:t>
      </w:r>
    </w:p>
    <w:p>
      <w:r>
        <w:t>Реквизиты и подписи сторон</w:t>
      </w:r>
    </w:p>
    <w:p>
      <w:r>
        <w:t>Сторона 1: [ФИО / наименование, реквизиты, представитель и его полномочия при наличии]</w:t>
        <w:br/>
        <w:t>Подпись __________________ / [ФИО]</w:t>
      </w:r>
    </w:p>
    <w:p>
      <w:r>
        <w:t>Сторона 2: [ФИО / наименование, реквизиты, представитель и его полномочия при наличии]</w:t>
        <w:br/>
        <w:t>Подпись __________________ / [ФИО]</w:t>
      </w:r>
    </w:p>
    <w:sectPr w:rsidR="00FC693F" w:rsidRPr="0006063C" w:rsidSect="00034616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80"/>
    </w:pPr>
    <w:rPr>
      <w:rFonts w:ascii="Arial" w:hAnsi="Arial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выполненных работ или услуг</dc:title>
  <dc:subject/>
  <dc:creator>МедиаТут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